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72" w:lineRule="exact" w:before="0" w:after="0"/>
        <w:ind w:left="0" w:right="0"/>
      </w:pPr>
    </w:p>
    <w:p>
      <w:pPr>
        <w:autoSpaceDN w:val="0"/>
        <w:tabs>
          <w:tab w:pos="9520" w:val="left"/>
        </w:tabs>
        <w:autoSpaceDE w:val="0"/>
        <w:widowControl/>
        <w:spacing w:line="240" w:lineRule="auto" w:before="0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1498600" cy="38989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89890"/>
                    </a:xfrm>
                    <a:prstGeom prst="rect"/>
                  </pic:spPr>
                </pic:pic>
              </a:graphicData>
            </a:graphic>
          </wp:inline>
        </w:drawing>
      </w:r>
      <w:r>
        <w:tab/>
      </w:r>
      <w:r>
        <w:drawing>
          <wp:inline xmlns:a="http://schemas.openxmlformats.org/drawingml/2006/main" xmlns:pic="http://schemas.openxmlformats.org/drawingml/2006/picture">
            <wp:extent cx="558799" cy="66421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799" cy="6642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00" w:lineRule="auto" w:before="482" w:after="0"/>
        <w:ind w:left="0" w:right="0" w:firstLine="0"/>
        <w:jc w:val="center"/>
      </w:pPr>
      <w:r>
        <w:rPr>
          <w:rFonts w:ascii="Verdana" w:hAnsi="Verdana" w:eastAsia="Verdana"/>
          <w:b/>
          <w:i w:val="0"/>
          <w:color w:val="000000"/>
          <w:sz w:val="22"/>
        </w:rPr>
        <w:t xml:space="preserve">REQUERIMENTO DE CANCELAMENTO DE COMUNICAÇÃO DE VENDA DE VEÍCULO POR </w:t>
      </w:r>
      <w:r>
        <w:rPr>
          <w:rFonts w:ascii="Verdana" w:hAnsi="Verdana" w:eastAsia="Verdana"/>
          <w:b/>
          <w:i w:val="0"/>
          <w:color w:val="000000"/>
          <w:sz w:val="22"/>
        </w:rPr>
        <w:t xml:space="preserve">DISTRATO </w:t>
      </w:r>
    </w:p>
    <w:p>
      <w:pPr>
        <w:autoSpaceDN w:val="0"/>
        <w:autoSpaceDE w:val="0"/>
        <w:widowControl/>
        <w:spacing w:line="300" w:lineRule="auto" w:before="534" w:after="72"/>
        <w:ind w:left="24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Eu, ___________________________________________________________________,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Nome Social (opcional) - </w:t>
      </w:r>
      <w:r>
        <w:rPr>
          <w:rFonts w:ascii="Verdana" w:hAnsi="Verdana" w:eastAsia="Verdana"/>
          <w:b w:val="0"/>
          <w:i w:val="0"/>
          <w:color w:val="000000"/>
          <w:sz w:val="18"/>
        </w:rPr>
        <w:t>Decreto 55.588/2010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, _______________________________________,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647"/>
        <w:gridCol w:w="2647"/>
        <w:gridCol w:w="2647"/>
        <w:gridCol w:w="2647"/>
      </w:tblGrid>
      <w:tr>
        <w:trPr>
          <w:trHeight w:hRule="exact" w:val="388"/>
        </w:trPr>
        <w:tc>
          <w:tcPr>
            <w:tcW w:type="dxa" w:w="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" w:after="0"/>
              <w:ind w:left="2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RG </w:t>
            </w:r>
          </w:p>
        </w:tc>
        <w:tc>
          <w:tcPr>
            <w:tcW w:type="dxa" w:w="4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______________________________, </w:t>
            </w:r>
          </w:p>
        </w:tc>
        <w:tc>
          <w:tcPr>
            <w:tcW w:type="dxa" w:w="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CPF </w:t>
            </w:r>
          </w:p>
        </w:tc>
        <w:tc>
          <w:tcPr>
            <w:tcW w:type="dxa" w:w="4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" w:after="0"/>
              <w:ind w:left="15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_______________________________, </w:t>
            </w:r>
          </w:p>
        </w:tc>
      </w:tr>
    </w:tbl>
    <w:p>
      <w:pPr>
        <w:autoSpaceDN w:val="0"/>
        <w:autoSpaceDE w:val="0"/>
        <w:widowControl/>
        <w:spacing w:line="336" w:lineRule="auto" w:before="74" w:after="0"/>
        <w:ind w:left="24" w:right="22" w:firstLine="0"/>
        <w:jc w:val="both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residente no(a) ______________________________________________________________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________________________________, nº _______, complemento _____________, bairro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___________________, município __________________, venho por meio deste requerer a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exclusão da comunicação de venda do veículo de placas ________, RENAVAM __________,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pelo motivo de distrato. </w:t>
      </w:r>
    </w:p>
    <w:p>
      <w:pPr>
        <w:autoSpaceDN w:val="0"/>
        <w:autoSpaceDE w:val="0"/>
        <w:widowControl/>
        <w:spacing w:line="298" w:lineRule="auto" w:before="534" w:after="0"/>
        <w:ind w:left="24" w:right="0" w:firstLine="0"/>
        <w:jc w:val="left"/>
      </w:pPr>
      <w:r>
        <w:rPr>
          <w:rFonts w:ascii="Verdana" w:hAnsi="Verdana" w:eastAsia="Verdana"/>
          <w:b/>
          <w:i w:val="0"/>
          <w:color w:val="000000"/>
          <w:sz w:val="22"/>
        </w:rPr>
        <w:t xml:space="preserve">VENDEDOR 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(preencher com as mesmas informações do CRV)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Nome _____________________________________________________________________, </w:t>
      </w:r>
    </w:p>
    <w:p>
      <w:pPr>
        <w:autoSpaceDN w:val="0"/>
        <w:autoSpaceDE w:val="0"/>
        <w:widowControl/>
        <w:spacing w:line="238" w:lineRule="auto" w:before="268" w:after="178"/>
        <w:ind w:left="24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Nome Social (opcional) - </w:t>
      </w:r>
      <w:r>
        <w:rPr>
          <w:rFonts w:ascii="Verdana" w:hAnsi="Verdana" w:eastAsia="Verdana"/>
          <w:b w:val="0"/>
          <w:i w:val="0"/>
          <w:color w:val="000000"/>
          <w:sz w:val="16"/>
        </w:rPr>
        <w:t>Decreto 55.588/2010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, _______________________________________,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647"/>
        <w:gridCol w:w="2647"/>
        <w:gridCol w:w="2647"/>
        <w:gridCol w:w="2647"/>
      </w:tblGrid>
      <w:tr>
        <w:trPr>
          <w:trHeight w:hRule="exact" w:val="448"/>
        </w:trPr>
        <w:tc>
          <w:tcPr>
            <w:tcW w:type="dxa" w:w="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6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404"/>
            </w:tblGrid>
            <w:tr>
              <w:trPr>
                <w:trHeight w:hRule="exact" w:val="276"/>
              </w:trPr>
              <w:tc>
                <w:tcPr>
                  <w:tcW w:type="dxa" w:w="370"/>
                  <w:tcBorders>
                    <w:start w:sz="12.0" w:val="single" w:color="#000000"/>
                    <w:top w:sz="12.0" w:val="single" w:color="#000000"/>
                    <w:end w:sz="12.0" w:val="single" w:color="#000000"/>
                    <w:bottom w:sz="12.0" w:val="single" w:color="#000000"/>
                  </w:tcBorders>
                  <w:shd w:fill="ffffff"/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8" w:after="0"/>
              <w:ind w:left="4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 CPF </w:t>
            </w:r>
          </w:p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6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80.0" w:type="dxa"/>
            </w:tblPr>
            <w:tblGrid>
              <w:gridCol w:w="480"/>
            </w:tblGrid>
            <w:tr>
              <w:trPr>
                <w:trHeight w:hRule="exact" w:val="276"/>
              </w:trPr>
              <w:tc>
                <w:tcPr>
                  <w:tcW w:type="dxa" w:w="292"/>
                  <w:tcBorders>
                    <w:start w:sz="12.0" w:val="single" w:color="#000000"/>
                    <w:top w:sz="12.0" w:val="single" w:color="#000000"/>
                    <w:end w:sz="12.0" w:val="single" w:color="#000000"/>
                    <w:bottom w:sz="12.0" w:val="single" w:color="#000000"/>
                  </w:tcBorders>
                  <w:shd w:fill="ffffff"/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8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 CNPJ __________________________________________________________ </w:t>
            </w:r>
          </w:p>
        </w:tc>
      </w:tr>
    </w:tbl>
    <w:p>
      <w:pPr>
        <w:autoSpaceDN w:val="0"/>
        <w:tabs>
          <w:tab w:pos="886" w:val="left"/>
        </w:tabs>
        <w:autoSpaceDE w:val="0"/>
        <w:widowControl/>
        <w:spacing w:line="245" w:lineRule="auto" w:before="710" w:after="0"/>
        <w:ind w:left="732" w:right="3744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 __________________________________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Assinatura com reconhecimento de firma por autenticidade </w:t>
      </w:r>
    </w:p>
    <w:p>
      <w:pPr>
        <w:autoSpaceDN w:val="0"/>
        <w:autoSpaceDE w:val="0"/>
        <w:widowControl/>
        <w:spacing w:line="298" w:lineRule="auto" w:before="664" w:after="0"/>
        <w:ind w:left="24" w:right="0" w:firstLine="0"/>
        <w:jc w:val="left"/>
      </w:pPr>
      <w:r>
        <w:rPr>
          <w:rFonts w:ascii="Verdana" w:hAnsi="Verdana" w:eastAsia="Verdana"/>
          <w:b/>
          <w:i w:val="0"/>
          <w:color w:val="000000"/>
          <w:sz w:val="22"/>
        </w:rPr>
        <w:t>COMPRADOR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 (preencher com as mesmas informações do CRV)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Nome_____________________________________________________________________, </w:t>
      </w:r>
    </w:p>
    <w:p>
      <w:pPr>
        <w:autoSpaceDN w:val="0"/>
        <w:autoSpaceDE w:val="0"/>
        <w:widowControl/>
        <w:spacing w:line="238" w:lineRule="auto" w:before="268" w:after="202"/>
        <w:ind w:left="24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Nome Social (opcional) - </w:t>
      </w:r>
      <w:r>
        <w:rPr>
          <w:rFonts w:ascii="Verdana" w:hAnsi="Verdana" w:eastAsia="Verdana"/>
          <w:b w:val="0"/>
          <w:i w:val="0"/>
          <w:color w:val="000000"/>
          <w:sz w:val="16"/>
        </w:rPr>
        <w:t>Decreto 55.588/2010</w:t>
      </w: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, _______________________________________,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647"/>
        <w:gridCol w:w="2647"/>
        <w:gridCol w:w="2647"/>
        <w:gridCol w:w="2647"/>
      </w:tblGrid>
      <w:tr>
        <w:trPr>
          <w:trHeight w:hRule="exact" w:val="420"/>
        </w:trPr>
        <w:tc>
          <w:tcPr>
            <w:tcW w:type="dxa" w:w="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304"/>
            </w:tblGrid>
            <w:tr>
              <w:trPr>
                <w:trHeight w:hRule="exact" w:val="252"/>
              </w:trPr>
              <w:tc>
                <w:tcPr>
                  <w:tcW w:type="dxa" w:w="280"/>
                  <w:tcBorders>
                    <w:start w:sz="12.0" w:val="single" w:color="#000000"/>
                    <w:top w:sz="12.0" w:val="single" w:color="#000000"/>
                    <w:end w:sz="12.0" w:val="single" w:color="#000000"/>
                    <w:bottom w:sz="12.0" w:val="single" w:color="#000000"/>
                  </w:tcBorders>
                  <w:shd w:fill="ffffff"/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6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 CPF </w:t>
            </w:r>
          </w:p>
        </w:tc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4.00000000000006" w:type="dxa"/>
            </w:tblPr>
            <w:tblGrid>
              <w:gridCol w:w="480"/>
            </w:tblGrid>
            <w:tr>
              <w:trPr>
                <w:trHeight w:hRule="exact" w:val="252"/>
              </w:trPr>
              <w:tc>
                <w:tcPr>
                  <w:tcW w:type="dxa" w:w="308"/>
                  <w:tcBorders>
                    <w:start w:sz="12.0" w:val="single" w:color="#000000"/>
                    <w:top w:sz="12.0" w:val="single" w:color="#000000"/>
                    <w:end w:sz="12.0" w:val="single" w:color="#000000"/>
                    <w:bottom w:sz="12.0" w:val="single" w:color="#000000"/>
                  </w:tcBorders>
                  <w:shd w:fill="ffffff"/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6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2"/>
              </w:rPr>
              <w:t xml:space="preserve">CNPJ ___________________________________________________________ </w:t>
            </w:r>
          </w:p>
        </w:tc>
      </w:tr>
    </w:tbl>
    <w:p>
      <w:pPr>
        <w:autoSpaceDN w:val="0"/>
        <w:tabs>
          <w:tab w:pos="886" w:val="left"/>
        </w:tabs>
        <w:autoSpaceDE w:val="0"/>
        <w:widowControl/>
        <w:spacing w:line="245" w:lineRule="auto" w:before="718" w:after="0"/>
        <w:ind w:left="732" w:right="3744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 __________________________________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Assinatura com reconhecimento de firma por autenticidade </w:t>
      </w:r>
    </w:p>
    <w:p>
      <w:pPr>
        <w:autoSpaceDN w:val="0"/>
        <w:autoSpaceDE w:val="0"/>
        <w:widowControl/>
        <w:spacing w:line="238" w:lineRule="auto" w:before="532" w:after="0"/>
        <w:ind w:left="0" w:right="0" w:firstLine="0"/>
        <w:jc w:val="center"/>
      </w:pPr>
      <w:r>
        <w:rPr>
          <w:rFonts w:ascii="Verdana" w:hAnsi="Verdana" w:eastAsia="Verdana"/>
          <w:b w:val="0"/>
          <w:i w:val="0"/>
          <w:color w:val="000000"/>
          <w:sz w:val="22"/>
        </w:rPr>
        <w:t xml:space="preserve">______________________________, ______ de ______________________ de 20_______. </w:t>
      </w:r>
    </w:p>
    <w:p>
      <w:pPr>
        <w:autoSpaceDN w:val="0"/>
        <w:tabs>
          <w:tab w:pos="732" w:val="left"/>
        </w:tabs>
        <w:autoSpaceDE w:val="0"/>
        <w:widowControl/>
        <w:spacing w:line="245" w:lineRule="auto" w:before="786" w:after="0"/>
        <w:ind w:left="24" w:right="3600" w:firstLine="0"/>
        <w:jc w:val="left"/>
      </w:pPr>
      <w:r>
        <w:rPr>
          <w:rFonts w:ascii="Verdana" w:hAnsi="Verdana" w:eastAsia="Verdana"/>
          <w:b/>
          <w:i w:val="0"/>
          <w:color w:val="000000"/>
          <w:sz w:val="20"/>
        </w:rPr>
        <w:t xml:space="preserve">Documentos necessários: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1. </w:t>
      </w:r>
      <w:r>
        <w:tab/>
      </w:r>
      <w:r>
        <w:rPr>
          <w:rFonts w:ascii="Verdana" w:hAnsi="Verdana" w:eastAsia="Verdana"/>
          <w:b w:val="0"/>
          <w:i w:val="0"/>
          <w:color w:val="000000"/>
          <w:sz w:val="20"/>
        </w:rPr>
        <w:t>Cópias simples de documento de identificação pessoal e CPF.</w:t>
      </w:r>
    </w:p>
    <w:sectPr w:rsidR="00FC693F" w:rsidRPr="0006063C" w:rsidSect="00034616">
      <w:pgSz w:w="11906" w:h="16838"/>
      <w:pgMar w:top="72" w:right="620" w:bottom="756" w:left="696" w:header="720" w:footer="720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